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 w:val="0"/>
        <w:spacing w:before="280" w:after="60"/>
      </w:pPr>
      <w:r>
        <w:rPr>
          <w:rFonts w:ascii="Arial" w:hAnsi="Arial"/>
          <w:b/>
          <w:i w:val="0"/>
          <w:color w:val="EF7B2D"/>
          <w:sz w:val="18"/>
        </w:rPr>
        <w:t>İŞLETMELER IÇIN ÖRNEK FORM</w:t>
      </w:r>
    </w:p>
    <w:p>
      <w:pPr>
        <w:spacing w:after="100"/>
      </w:pPr>
      <w:r>
        <w:rPr>
          <w:rFonts w:ascii="Arial" w:hAnsi="Arial"/>
          <w:b/>
          <w:i w:val="0"/>
          <w:color w:val="532785"/>
          <w:sz w:val="48"/>
        </w:rPr>
        <w:t>Fotoğraf ve Video Kullanım İzin Formu</w:t>
      </w:r>
    </w:p>
    <w:p>
      <w:pPr>
        <w:spacing w:after="320"/>
      </w:pPr>
      <w:r>
        <w:rPr>
          <w:rFonts w:ascii="Arial" w:hAnsi="Arial"/>
          <w:b w:val="0"/>
          <w:i w:val="0"/>
          <w:color w:val="5D5663"/>
          <w:sz w:val="23"/>
        </w:rPr>
        <w:t>Çalışan, müşteri veya diğer kişilerin tanınabilir görüntülerinin sosyal medyada kullanımı için</w:t>
      </w:r>
    </w:p>
    <w:tbl>
      <w:tblPr>
        <w:tblW w:type="dxa" w:w="9411"/>
        <w:jc w:val="left"/>
        <w:tblLayout w:type="fixed"/>
        <w:tblLook w:firstColumn="1" w:firstRow="1" w:lastColumn="0" w:lastRow="0" w:noHBand="0" w:noVBand="1" w:val="04A0"/>
        <w:tblBorders>
          <w:top w:val="single" w:sz="8" w:color="C7B5D1"/>
          <w:left w:val="single" w:sz="8" w:color="C7B5D1"/>
          <w:bottom w:val="single" w:sz="8" w:color="C7B5D1"/>
          <w:right w:val="single" w:sz="8" w:color="C7B5D1"/>
          <w:insideH w:val="single" w:sz="8" w:color="C7B5D1"/>
          <w:insideV w:val="single" w:sz="8" w:color="C7B5D1"/>
        </w:tblBorders>
      </w:tblPr>
      <w:tblGrid>
        <w:gridCol w:w="9411"/>
      </w:tblGrid>
      <w:tr>
        <w:tc>
          <w:tcPr>
            <w:tcW w:type="dxa" w:w="9411"/>
            <w:tcMar>
              <w:top w:w="100" w:type="dxa"/>
              <w:start w:w="120" w:type="dxa"/>
              <w:bottom w:w="100" w:type="dxa"/>
              <w:end w:w="120" w:type="dxa"/>
            </w:tcMar>
            <w:shd w:fill="FFF4F8"/>
          </w:tcPr>
          <w:p>
            <w:r>
              <w:rPr>
                <w:rFonts w:ascii="Arial" w:hAnsi="Arial"/>
                <w:b/>
                <w:i w:val="0"/>
                <w:color w:val="BE276F"/>
                <w:sz w:val="20"/>
              </w:rPr>
              <w:t>Kullanım amacı</w:t>
              <w:br/>
            </w:r>
            <w:r>
              <w:rPr>
                <w:rFonts w:ascii="Arial" w:hAnsi="Arial"/>
                <w:b w:val="0"/>
                <w:i w:val="0"/>
                <w:color w:val="1F172E"/>
                <w:sz w:val="19"/>
              </w:rPr>
              <w:t>Bu formu Kıyı Web değil, görüntüyü çeken/yayımlatan işletme ilgili kişiye sunar. Çocukların görüntüsü için veli/vasi imzası ve ayrıca hukukçu değerlendirmesi gerekir.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1. İŞLETME VE İLGİLİ KİŞİ BİLGİLERİ</w:t>
      </w:r>
    </w:p>
    <w:tbl>
      <w:tblPr>
        <w:tblW w:type="dxa" w:w="9410"/>
        <w:jc w:val="left"/>
        <w:tblLayout w:type="fixed"/>
        <w:tblLook w:firstColumn="1" w:firstRow="1" w:lastColumn="0" w:lastRow="0" w:noHBand="0" w:noVBand="1" w:val="04A0"/>
        <w:tblBorders>
          <w:top w:val="single" w:sz="6" w:color="D8CFDE"/>
          <w:left w:val="single" w:sz="6" w:color="D8CFDE"/>
          <w:bottom w:val="single" w:sz="6" w:color="D8CFDE"/>
          <w:right w:val="single" w:sz="6" w:color="D8CFDE"/>
          <w:insideH w:val="single" w:sz="6" w:color="D8CFDE"/>
          <w:insideV w:val="single" w:sz="6" w:color="D8CFDE"/>
        </w:tblBorders>
      </w:tblPr>
      <w:tblGrid>
        <w:gridCol w:w="2891"/>
        <w:gridCol w:w="6519"/>
      </w:tblGrid>
      <w:tr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shd w:fill="F4F0F7"/>
          </w:tcPr>
          <w:p>
            <w:r>
              <w:rPr>
                <w:rFonts w:ascii="Arial" w:hAnsi="Arial"/>
                <w:b/>
                <w:i w:val="0"/>
                <w:color w:val="532785"/>
                <w:sz w:val="19"/>
              </w:rPr>
              <w:t>İşletme unvanı</w:t>
            </w:r>
          </w:p>
        </w:tc>
        <w:tc>
          <w:tcPr>
            <w:tcW w:type="dxa" w:w="652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 w:val="0"/>
                <w:i w:val="0"/>
                <w:color w:val="1F172E"/>
                <w:sz w:val="19"/>
              </w:rPr>
              <w:t>__________________________________________________</w:t>
            </w:r>
          </w:p>
        </w:tc>
      </w:tr>
      <w:tr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shd w:fill="F4F0F7"/>
          </w:tcPr>
          <w:p>
            <w:r>
              <w:rPr>
                <w:rFonts w:ascii="Arial" w:hAnsi="Arial"/>
                <w:b/>
                <w:i w:val="0"/>
                <w:color w:val="532785"/>
                <w:sz w:val="19"/>
              </w:rPr>
              <w:t>İşletme adresi</w:t>
            </w:r>
          </w:p>
        </w:tc>
        <w:tc>
          <w:tcPr>
            <w:tcW w:type="dxa" w:w="652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 w:val="0"/>
                <w:i w:val="0"/>
                <w:color w:val="1F172E"/>
                <w:sz w:val="19"/>
              </w:rPr>
              <w:t>__________________________________________________</w:t>
            </w:r>
          </w:p>
        </w:tc>
      </w:tr>
      <w:tr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shd w:fill="F4F0F7"/>
          </w:tcPr>
          <w:p>
            <w:r>
              <w:rPr>
                <w:rFonts w:ascii="Arial" w:hAnsi="Arial"/>
                <w:b/>
                <w:i w:val="0"/>
                <w:color w:val="532785"/>
                <w:sz w:val="19"/>
              </w:rPr>
              <w:t>İlgili kişi ad-soyad</w:t>
            </w:r>
          </w:p>
        </w:tc>
        <w:tc>
          <w:tcPr>
            <w:tcW w:type="dxa" w:w="652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 w:val="0"/>
                <w:i w:val="0"/>
                <w:color w:val="1F172E"/>
                <w:sz w:val="19"/>
              </w:rPr>
              <w:t>__________________________________________________</w:t>
            </w:r>
          </w:p>
        </w:tc>
      </w:tr>
      <w:tr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shd w:fill="F4F0F7"/>
          </w:tcPr>
          <w:p>
            <w:r>
              <w:rPr>
                <w:rFonts w:ascii="Arial" w:hAnsi="Arial"/>
                <w:b/>
                <w:i w:val="0"/>
                <w:color w:val="532785"/>
                <w:sz w:val="19"/>
              </w:rPr>
              <w:t>İletişim bilgisi</w:t>
            </w:r>
          </w:p>
        </w:tc>
        <w:tc>
          <w:tcPr>
            <w:tcW w:type="dxa" w:w="652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 w:val="0"/>
                <w:i w:val="0"/>
                <w:color w:val="1F172E"/>
                <w:sz w:val="19"/>
              </w:rPr>
              <w:t>__________________________________________________</w:t>
            </w:r>
          </w:p>
        </w:tc>
      </w:tr>
      <w:tr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shd w:fill="F4F0F7"/>
          </w:tcPr>
          <w:p>
            <w:r>
              <w:rPr>
                <w:rFonts w:ascii="Arial" w:hAnsi="Arial"/>
                <w:b/>
                <w:i w:val="0"/>
                <w:color w:val="532785"/>
                <w:sz w:val="19"/>
              </w:rPr>
              <w:t>Çekim tarihi / yeri</w:t>
            </w:r>
          </w:p>
        </w:tc>
        <w:tc>
          <w:tcPr>
            <w:tcW w:type="dxa" w:w="652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 w:val="0"/>
                <w:i w:val="0"/>
                <w:color w:val="1F172E"/>
                <w:sz w:val="19"/>
              </w:rPr>
              <w:t>__________________________________________________</w:t>
            </w:r>
          </w:p>
        </w:tc>
      </w:tr>
      <w:tr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shd w:fill="F4F0F7"/>
          </w:tcPr>
          <w:p>
            <w:r>
              <w:rPr>
                <w:rFonts w:ascii="Arial" w:hAnsi="Arial"/>
                <w:b/>
                <w:i w:val="0"/>
                <w:color w:val="532785"/>
                <w:sz w:val="19"/>
              </w:rPr>
              <w:t>18 yaş altıysa veli/vasi</w:t>
            </w:r>
          </w:p>
        </w:tc>
        <w:tc>
          <w:tcPr>
            <w:tcW w:type="dxa" w:w="652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 w:val="0"/>
                <w:i w:val="0"/>
                <w:color w:val="1F172E"/>
                <w:sz w:val="19"/>
              </w:rPr>
              <w:t>Ad-soyad: ____________________  Yakınlık: __________</w:t>
            </w:r>
          </w:p>
        </w:tc>
      </w:tr>
    </w:tbl>
    <w:p>
      <w:pPr>
        <w:pStyle w:val="Heading1"/>
        <w:keepNext/>
      </w:pPr>
      <w:r>
        <w:t>2. AYDINLATMA</w:t>
      </w:r>
    </w:p>
    <w:p>
      <w:pPr>
        <w:pStyle w:val="Clause"/>
        <w:keepLines w:val="0"/>
      </w:pPr>
      <w:r>
        <w:rPr>
          <w:rFonts w:ascii="Arial" w:hAnsi="Arial"/>
          <w:b/>
          <w:i w:val="0"/>
          <w:color w:val="1F172E"/>
          <w:sz w:val="21"/>
        </w:rPr>
        <w:t xml:space="preserve">2.1. </w:t>
      </w:r>
      <w:r>
        <w:rPr>
          <w:rFonts w:ascii="Arial" w:hAnsi="Arial"/>
          <w:b w:val="0"/>
          <w:i w:val="0"/>
          <w:color w:val="1F172E"/>
          <w:sz w:val="21"/>
        </w:rPr>
        <w:t>İşletme; fotoğraf ve/veya video görüntümü, işletmenin tanıtımı ve sosyal medya iletişimi amacıyla işleyeceğini; içerik üretimi ve hesap yönetimi için Kıyı Web ile paylaşabileceğini; onaylanan içeriğin Instagram ve aşağıda seçilen diğer herkese açık kanallarda yayımlanabileceğini tarafıma açıkladı.</w:t>
      </w:r>
    </w:p>
    <w:p>
      <w:pPr>
        <w:pStyle w:val="Clause"/>
        <w:keepLines w:val="0"/>
      </w:pPr>
      <w:r>
        <w:rPr>
          <w:rFonts w:ascii="Arial" w:hAnsi="Arial"/>
          <w:b/>
          <w:i w:val="0"/>
          <w:color w:val="1F172E"/>
          <w:sz w:val="21"/>
        </w:rPr>
        <w:t xml:space="preserve">2.2. </w:t>
      </w:r>
      <w:r>
        <w:rPr>
          <w:rFonts w:ascii="Arial" w:hAnsi="Arial"/>
          <w:b w:val="0"/>
          <w:i w:val="0"/>
          <w:color w:val="1F172E"/>
          <w:sz w:val="21"/>
        </w:rPr>
        <w:t>Görüntünün herkese açık bir sosyal medya hesabında yayımlandıktan sonra üçüncü kişilerce görüntülenebileceği, ekran görüntüsü alınabileceği veya platform araçlarıyla yeniden paylaşılabileceği; işletmenin ve hizmet sağlayıcının bağımsız üçüncü kişi davranışlarını tamamen kontrol edemeyeceği tarafıma bildirildi.</w:t>
      </w:r>
    </w:p>
    <w:p>
      <w:pPr>
        <w:pStyle w:val="Clause"/>
        <w:keepLines w:val="0"/>
      </w:pPr>
      <w:r>
        <w:rPr>
          <w:rFonts w:ascii="Arial" w:hAnsi="Arial"/>
          <w:b/>
          <w:i w:val="0"/>
          <w:color w:val="1F172E"/>
          <w:sz w:val="21"/>
        </w:rPr>
        <w:t xml:space="preserve">2.3. </w:t>
      </w:r>
      <w:r>
        <w:rPr>
          <w:rFonts w:ascii="Arial" w:hAnsi="Arial"/>
          <w:b w:val="0"/>
          <w:i w:val="0"/>
          <w:color w:val="1F172E"/>
          <w:sz w:val="21"/>
        </w:rPr>
        <w:t>Kimliği belirli görüntüm, ayrıca bilgilendirilip gerekli hukuki şartlar sağlanmadıkça üretken yapay zekâ araçlarına yüklenmeyecektir.</w:t>
      </w:r>
    </w:p>
    <w:p>
      <w:pPr>
        <w:pStyle w:val="Heading1"/>
        <w:keepNext/>
      </w:pPr>
      <w:r>
        <w:t>3. KULLANIM TERCİHİ VE RIZA</w:t>
      </w:r>
    </w:p>
    <w:p>
      <w:pPr>
        <w:pStyle w:val="Clause"/>
        <w:keepLines w:val="0"/>
      </w:pPr>
      <w:r>
        <w:rPr>
          <w:rFonts w:ascii="Arial" w:hAnsi="Arial"/>
          <w:b/>
          <w:i w:val="0"/>
          <w:color w:val="1F172E"/>
          <w:sz w:val="21"/>
        </w:rPr>
        <w:t xml:space="preserve">3.1. </w:t>
      </w:r>
      <w:r>
        <w:rPr>
          <w:rFonts w:ascii="Arial" w:hAnsi="Arial"/>
          <w:b w:val="0"/>
          <w:i w:val="0"/>
          <w:color w:val="1F172E"/>
          <w:sz w:val="21"/>
        </w:rPr>
        <w:t>Aşağıdaki kutuları kendi tercihimle işaretliyorum:</w:t>
      </w:r>
    </w:p>
    <w:p>
      <w:pPr>
        <w:spacing w:after="120"/>
        <w:ind w:left="227"/>
      </w:pPr>
      <w:r>
        <w:rPr>
          <w:rFonts w:ascii="Arial" w:hAnsi="Arial"/>
          <w:b w:val="0"/>
          <w:i w:val="0"/>
          <w:color w:val="1F172E"/>
          <w:sz w:val="20"/>
        </w:rPr>
        <w:t>☐ Instagram gönderisi, hikâyesi ve Reels içeriğinde kullanılmasına izin veriyorum.</w:t>
      </w:r>
    </w:p>
    <w:p>
      <w:pPr>
        <w:spacing w:after="120"/>
        <w:ind w:left="227"/>
      </w:pPr>
      <w:r>
        <w:rPr>
          <w:rFonts w:ascii="Arial" w:hAnsi="Arial"/>
          <w:b w:val="0"/>
          <w:i w:val="0"/>
          <w:color w:val="1F172E"/>
          <w:sz w:val="20"/>
        </w:rPr>
        <w:t>☐ İşletmenin Facebook hesabında aynı içeriklerin kullanılmasına izin veriyorum.</w:t>
      </w:r>
    </w:p>
    <w:p>
      <w:pPr>
        <w:spacing w:after="120"/>
        <w:ind w:left="227"/>
      </w:pPr>
      <w:r>
        <w:rPr>
          <w:rFonts w:ascii="Arial" w:hAnsi="Arial"/>
          <w:b w:val="0"/>
          <w:i w:val="0"/>
          <w:color w:val="1F172E"/>
          <w:sz w:val="20"/>
        </w:rPr>
        <w:t>☐ İşletmenin internet sitesinde kullanılmasına izin veriyorum.</w:t>
      </w:r>
    </w:p>
    <w:p>
      <w:pPr>
        <w:spacing w:after="120"/>
        <w:ind w:left="227"/>
      </w:pPr>
      <w:r>
        <w:rPr>
          <w:rFonts w:ascii="Arial" w:hAnsi="Arial"/>
          <w:b w:val="0"/>
          <w:i w:val="0"/>
          <w:color w:val="1F172E"/>
          <w:sz w:val="20"/>
        </w:rPr>
        <w:t>☐ Ücretli sosyal medya reklamlarında kullanılmasına ayrıca izin veriyorum.</w:t>
      </w:r>
    </w:p>
    <w:p>
      <w:pPr>
        <w:spacing w:after="120"/>
        <w:ind w:left="227"/>
      </w:pPr>
      <w:r>
        <w:rPr>
          <w:rFonts w:ascii="Arial" w:hAnsi="Arial"/>
          <w:b w:val="0"/>
          <w:i w:val="0"/>
          <w:color w:val="1F172E"/>
          <w:sz w:val="20"/>
        </w:rPr>
        <w:t>☐ Sesimin videoda kullanılmasına izin veriyorum.</w:t>
      </w:r>
    </w:p>
    <w:p>
      <w:pPr>
        <w:spacing w:after="120"/>
        <w:ind w:left="227"/>
      </w:pPr>
      <w:r>
        <w:rPr>
          <w:rFonts w:ascii="Arial" w:hAnsi="Arial"/>
          <w:b w:val="0"/>
          <w:i w:val="0"/>
          <w:color w:val="1F172E"/>
          <w:sz w:val="20"/>
        </w:rPr>
        <w:t>☐ İzin vermiyorum.</w:t>
      </w:r>
    </w:p>
    <w:p>
      <w:pPr>
        <w:pStyle w:val="Clause"/>
        <w:keepLines w:val="0"/>
      </w:pPr>
      <w:r>
        <w:rPr>
          <w:rFonts w:ascii="Arial" w:hAnsi="Arial"/>
          <w:b/>
          <w:i w:val="0"/>
          <w:color w:val="1F172E"/>
          <w:sz w:val="21"/>
        </w:rPr>
        <w:t xml:space="preserve">3.2. </w:t>
      </w:r>
      <w:r>
        <w:rPr>
          <w:rFonts w:ascii="Arial" w:hAnsi="Arial"/>
          <w:b w:val="0"/>
          <w:i w:val="0"/>
          <w:color w:val="1F172E"/>
          <w:sz w:val="21"/>
        </w:rPr>
        <w:t>İzin verdiğim kullanımların yukarıdaki amaçlarla sınırlı olduğunu; görüntümün başka işletmelerin hesabında, Kıyı Web portföyünde veya başka reklamlarda ayrı yazılı iznim olmadan kullanılamayacağını biliyorum.</w:t>
      </w:r>
    </w:p>
    <w:p>
      <w:pPr>
        <w:pStyle w:val="Clause"/>
        <w:keepLines w:val="0"/>
      </w:pPr>
      <w:r>
        <w:rPr>
          <w:rFonts w:ascii="Arial" w:hAnsi="Arial"/>
          <w:b/>
          <w:i w:val="0"/>
          <w:color w:val="1F172E"/>
          <w:sz w:val="21"/>
        </w:rPr>
        <w:t xml:space="preserve">3.3. </w:t>
      </w:r>
      <w:r>
        <w:rPr>
          <w:rFonts w:ascii="Arial" w:hAnsi="Arial"/>
          <w:b w:val="0"/>
          <w:i w:val="0"/>
          <w:color w:val="1F172E"/>
          <w:sz w:val="21"/>
        </w:rPr>
        <w:t>Rızamı geleceğe etkili olarak işletmeye yazılı başvuruyla geri çekebilirim. Geri çekme öncesinde hukuka uygun gerçekleştirilen işlemler ile üçüncü kişilerin bağımsız kopyaları üzerindeki fiilî sınırlamalar hakkında bilgilendirildim.</w:t>
      </w:r>
    </w:p>
    <w:p>
      <w:pPr>
        <w:pStyle w:val="Heading1"/>
        <w:keepNext/>
      </w:pPr>
      <w:r>
        <w:t>4. YAYIN BİLGİSİ</w:t>
      </w:r>
    </w:p>
    <w:p>
      <w:pPr>
        <w:pStyle w:val="Clause"/>
        <w:keepLines w:val="0"/>
      </w:pPr>
      <w:r>
        <w:rPr>
          <w:rFonts w:ascii="Arial" w:hAnsi="Arial"/>
          <w:b/>
          <w:i w:val="0"/>
          <w:color w:val="1F172E"/>
          <w:sz w:val="21"/>
        </w:rPr>
        <w:t xml:space="preserve">4.1. </w:t>
      </w:r>
      <w:r>
        <w:rPr>
          <w:rFonts w:ascii="Arial" w:hAnsi="Arial"/>
          <w:b w:val="0"/>
          <w:i w:val="0"/>
          <w:color w:val="1F172E"/>
          <w:sz w:val="21"/>
        </w:rPr>
        <w:t>Planlanan içerik / kampanya: ________________________________________</w:t>
      </w:r>
    </w:p>
    <w:p>
      <w:pPr>
        <w:pStyle w:val="Clause"/>
        <w:keepLines w:val="0"/>
      </w:pPr>
      <w:r>
        <w:rPr>
          <w:rFonts w:ascii="Arial" w:hAnsi="Arial"/>
          <w:b/>
          <w:i w:val="0"/>
          <w:color w:val="1F172E"/>
          <w:sz w:val="21"/>
        </w:rPr>
        <w:t xml:space="preserve">4.2. </w:t>
      </w:r>
      <w:r>
        <w:rPr>
          <w:rFonts w:ascii="Arial" w:hAnsi="Arial"/>
          <w:b w:val="0"/>
          <w:i w:val="0"/>
          <w:color w:val="1F172E"/>
          <w:sz w:val="21"/>
        </w:rPr>
        <w:t>Yayın dönemi: ____________________________________________________</w:t>
      </w:r>
    </w:p>
    <w:p>
      <w:pPr>
        <w:pStyle w:val="Clause"/>
        <w:keepLines w:val="0"/>
      </w:pPr>
      <w:r>
        <w:rPr>
          <w:rFonts w:ascii="Arial" w:hAnsi="Arial"/>
          <w:b/>
          <w:i w:val="0"/>
          <w:color w:val="1F172E"/>
          <w:sz w:val="21"/>
        </w:rPr>
        <w:t xml:space="preserve">4.3. </w:t>
      </w:r>
      <w:r>
        <w:rPr>
          <w:rFonts w:ascii="Arial" w:hAnsi="Arial"/>
          <w:b w:val="0"/>
          <w:i w:val="0"/>
          <w:color w:val="1F172E"/>
          <w:sz w:val="21"/>
        </w:rPr>
        <w:t>Başvuru ve geri çekme iletişim adresi: ________________________________</w:t>
      </w:r>
    </w:p>
    <w:p>
      <w:pPr>
        <w:spacing w:after="40"/>
      </w:pPr>
    </w:p>
    <w:tbl>
      <w:tblPr>
        <w:tblW w:type="dxa" w:w="9410"/>
        <w:jc w:val="left"/>
        <w:tblLayout w:type="fixed"/>
        <w:tblLook w:firstColumn="1" w:firstRow="1" w:lastColumn="0" w:lastRow="0" w:noHBand="0" w:noVBand="1" w:val="04A0"/>
        <w:tblBorders>
          <w:top w:val="single" w:sz="6" w:color="BFB7C4"/>
          <w:left w:val="single" w:sz="6" w:color="BFB7C4"/>
          <w:bottom w:val="single" w:sz="6" w:color="BFB7C4"/>
          <w:right w:val="single" w:sz="6" w:color="BFB7C4"/>
          <w:insideH w:val="single" w:sz="6" w:color="BFB7C4"/>
          <w:insideV w:val="single" w:sz="6" w:color="BFB7C4"/>
        </w:tblBorders>
      </w:tblPr>
      <w:tblGrid>
        <w:gridCol w:w="4705"/>
        <w:gridCol w:w="4705"/>
      </w:tblGrid>
      <w:tr>
        <w:tc>
          <w:tcPr>
            <w:tcW w:type="dxa" w:w="4706"/>
            <w:tcMar>
              <w:top w:w="100" w:type="dxa"/>
              <w:start w:w="120" w:type="dxa"/>
              <w:bottom w:w="100" w:type="dxa"/>
              <w:end w:w="120" w:type="dxa"/>
            </w:tcMar>
            <w:shd w:fill="F4F0F7"/>
          </w:tcPr>
          <w:p>
            <w:r>
              <w:rPr>
                <w:rFonts w:ascii="Arial" w:hAnsi="Arial"/>
                <w:b/>
                <w:i w:val="0"/>
                <w:color w:val="532785"/>
                <w:sz w:val="19"/>
              </w:rPr>
              <w:t>İŞLETME / VERİ SORUMLUSU</w:t>
            </w:r>
          </w:p>
        </w:tc>
        <w:tc>
          <w:tcPr>
            <w:tcW w:type="dxa" w:w="4706"/>
            <w:tcMar>
              <w:top w:w="100" w:type="dxa"/>
              <w:start w:w="120" w:type="dxa"/>
              <w:bottom w:w="100" w:type="dxa"/>
              <w:end w:w="120" w:type="dxa"/>
            </w:tcMar>
            <w:shd w:fill="F4F0F7"/>
          </w:tcPr>
          <w:p>
            <w:r>
              <w:rPr>
                <w:rFonts w:ascii="Arial" w:hAnsi="Arial"/>
                <w:b/>
                <w:i w:val="0"/>
                <w:color w:val="532785"/>
                <w:sz w:val="19"/>
              </w:rPr>
              <w:t>İLGİLİ KİŞİ / VELİ-VASİ</w:t>
            </w:r>
          </w:p>
        </w:tc>
      </w:tr>
      <w:tr>
        <w:tc>
          <w:tcPr>
            <w:tcW w:type="dxa" w:w="470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 w:val="0"/>
                <w:i w:val="0"/>
                <w:color w:val="1F172E"/>
                <w:sz w:val="19"/>
              </w:rPr>
              <w:t>Ad/Unvan: ____________________</w:t>
              <w:br/>
              <w:t>Tarih: ____ / ____ / ______</w:t>
            </w:r>
          </w:p>
        </w:tc>
        <w:tc>
          <w:tcPr>
            <w:tcW w:type="dxa" w:w="470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 w:val="0"/>
                <w:i w:val="0"/>
                <w:color w:val="1F172E"/>
                <w:sz w:val="19"/>
              </w:rPr>
              <w:t>Ad/Unvan: ____________________</w:t>
              <w:br/>
              <w:t>Tarih: ____ / ____ / ______</w:t>
            </w:r>
          </w:p>
        </w:tc>
      </w:tr>
      <w:tr>
        <w:tc>
          <w:tcPr>
            <w:tcW w:type="dxa" w:w="470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 w:val="0"/>
                <w:i w:val="0"/>
                <w:color w:val="1F172E"/>
                <w:sz w:val="19"/>
              </w:rPr>
              <w:t>İmza/Kaşe:</w:t>
            </w:r>
          </w:p>
        </w:tc>
        <w:tc>
          <w:tcPr>
            <w:tcW w:type="dxa" w:w="470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 w:val="0"/>
                <w:i w:val="0"/>
                <w:color w:val="1F172E"/>
                <w:sz w:val="19"/>
              </w:rPr>
              <w:t>İmza/Kaşe:</w:t>
            </w:r>
          </w:p>
        </w:tc>
      </w:tr>
    </w:tbl>
    <w:sectPr w:rsidR="00FC693F" w:rsidRPr="0006063C" w:rsidSect="00034616">
      <w:headerReference w:type="default" r:id="rId9"/>
      <w:headerReference w:type="even" r:id="rId10"/>
      <w:footerReference w:type="default" r:id="rId11"/>
      <w:footerReference w:type="even" r:id="rId12"/>
      <w:pgSz w:w="11906" w:h="16838"/>
      <w:pgMar w:top="1191" w:right="1247" w:bottom="1134" w:left="1247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5D5663"/>
        <w:sz w:val="16"/>
      </w:rPr>
      <w:t xml:space="preserve">Kıyı Web  •  kiyiweb@gmail.com  •  0545 459 79 19  |  Sayfa </w:t>
    </w:r>
    <w:r>
      <w:rPr>
        <w:rFonts w:ascii="Arial" w:hAnsi="Arial"/>
        <w:b w:val="0"/>
        <w:i w:val="0"/>
        <w:color w:val="5D5663"/>
        <w:sz w:val="17"/>
      </w:rPr>
      <w:fldChar w:fldCharType="begin"/>
      <w:instrText xml:space="preserve"> PAGE 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5D5663"/>
        <w:sz w:val="16"/>
      </w:rPr>
      <w:t xml:space="preserve">Kıyı Web  •  kiyiweb@gmail.com  •  0545 459 79 19  |  Sayfa </w:t>
    </w:r>
    <w:r>
      <w:rPr>
        <w:rFonts w:ascii="Arial" w:hAnsi="Arial"/>
        <w:b w:val="0"/>
        <w:i w:val="0"/>
        <w:color w:val="5D5663"/>
        <w:sz w:val="17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rial" w:hAnsi="Arial"/>
        <w:b/>
        <w:i w:val="0"/>
        <w:color w:val="532785"/>
        <w:sz w:val="17"/>
      </w:rPr>
      <w:t>KIYI WEB</w:t>
    </w:r>
    <w:r>
      <w:rPr>
        <w:rFonts w:ascii="Arial" w:hAnsi="Arial"/>
        <w:b w:val="0"/>
        <w:i w:val="0"/>
        <w:color w:val="5D5663"/>
        <w:sz w:val="17"/>
      </w:rPr>
      <w:t xml:space="preserve">  |  FOTOĞRAF VE VİDEO KULLANIM İZİN FORMU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rial" w:hAnsi="Arial"/>
        <w:b/>
        <w:i w:val="0"/>
        <w:color w:val="532785"/>
        <w:sz w:val="17"/>
      </w:rPr>
      <w:t>KIYI WEB</w:t>
    </w:r>
    <w:r>
      <w:rPr>
        <w:rFonts w:ascii="Arial" w:hAnsi="Arial"/>
        <w:b w:val="0"/>
        <w:i w:val="0"/>
        <w:color w:val="5D5663"/>
        <w:sz w:val="17"/>
      </w:rPr>
      <w:t xml:space="preserve">  |  FOTOĞRAF VE VİDEO KULLANIM İZİN FORMU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evenAndOddHeaders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69" w:lineRule="auto"/>
    </w:pPr>
    <w:rPr>
      <w:rFonts w:ascii="Arial" w:hAnsi="Arial"/>
      <w:color w:val="1F17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532785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BE276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60"/>
      <w:outlineLvl w:val="2"/>
    </w:pPr>
    <w:rPr>
      <w:rFonts w:asciiTheme="majorHAnsi" w:eastAsiaTheme="majorEastAsia" w:hAnsiTheme="majorHAnsi" w:cstheme="majorBidi" w:ascii="Arial" w:hAnsi="Arial"/>
      <w:b/>
      <w:bCs/>
      <w:color w:val="532785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lause">
    <w:name w:val="Clause"/>
    <w:basedOn w:val="Normal"/>
    <w:pPr>
      <w:spacing w:after="100"/>
      <w:ind w:left="255" w:hanging="255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